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D5D939" w14:textId="77777777" w:rsidR="000019F5" w:rsidRDefault="002C3CD6">
      <w:pPr>
        <w:spacing w:after="60"/>
        <w:jc w:val="center"/>
      </w:pPr>
      <w:r>
        <w:rPr>
          <w:b/>
          <w:color w:val="305341"/>
          <w:sz w:val="18"/>
        </w:rPr>
        <w:t>FIRST INTERNATIONAL CONGRESS</w:t>
      </w:r>
    </w:p>
    <w:p w14:paraId="4CFB51E6" w14:textId="77777777" w:rsidR="000019F5" w:rsidRDefault="002C3CD6">
      <w:pPr>
        <w:spacing w:after="40"/>
        <w:jc w:val="center"/>
      </w:pPr>
      <w:r>
        <w:rPr>
          <w:b/>
          <w:color w:val="305341"/>
          <w:sz w:val="26"/>
        </w:rPr>
        <w:t>HALAL AND HEALTH-ORIENTED PRODUCTS</w:t>
      </w:r>
    </w:p>
    <w:p w14:paraId="6081B780" w14:textId="77777777" w:rsidR="000019F5" w:rsidRDefault="002C3CD6">
      <w:pPr>
        <w:pBdr>
          <w:bottom w:val="single" w:sz="8" w:space="5" w:color="8A9C90"/>
        </w:pBdr>
        <w:spacing w:after="160"/>
        <w:jc w:val="center"/>
      </w:pPr>
      <w:r>
        <w:rPr>
          <w:color w:val="5F6963"/>
          <w:sz w:val="18"/>
        </w:rPr>
        <w:t>ABSTRACT SUBMISSION TEMPLATE</w:t>
      </w:r>
    </w:p>
    <w:p w14:paraId="6B698642" w14:textId="77777777" w:rsidR="000019F5" w:rsidRDefault="002C3CD6">
      <w:pPr>
        <w:spacing w:before="140" w:after="140"/>
        <w:jc w:val="center"/>
      </w:pPr>
      <w:r>
        <w:rPr>
          <w:b/>
          <w:sz w:val="28"/>
        </w:rPr>
        <w:t>[TITLE OF THE ABSTRACT]</w:t>
      </w:r>
    </w:p>
    <w:p w14:paraId="4A508D3C" w14:textId="77777777" w:rsidR="000019F5" w:rsidRDefault="002C3CD6">
      <w:pPr>
        <w:spacing w:after="60"/>
        <w:jc w:val="center"/>
      </w:pPr>
      <w:r>
        <w:t>[First Author Name]¹, [Second Author Name]², [Corresponding Author Name]¹*</w:t>
      </w:r>
    </w:p>
    <w:p w14:paraId="0F4708FF" w14:textId="77777777" w:rsidR="000019F5" w:rsidRDefault="002C3CD6" w:rsidP="005351D2">
      <w:pPr>
        <w:jc w:val="center"/>
      </w:pPr>
      <w:r>
        <w:rPr>
          <w:sz w:val="20"/>
        </w:rPr>
        <w:t>¹ [Department, Institution, City, Country]</w:t>
      </w:r>
      <w:r w:rsidR="005351D2">
        <w:t xml:space="preserve"> </w:t>
      </w:r>
      <w:r w:rsidR="005351D2" w:rsidRPr="00543D60">
        <w:rPr>
          <w:sz w:val="20"/>
          <w:szCs w:val="20"/>
        </w:rPr>
        <w:t>Font</w:t>
      </w:r>
      <w:r w:rsidR="005351D2" w:rsidRPr="00543D60">
        <w:rPr>
          <w:spacing w:val="7"/>
          <w:sz w:val="20"/>
          <w:szCs w:val="20"/>
        </w:rPr>
        <w:t xml:space="preserve"> </w:t>
      </w:r>
      <w:r w:rsidR="005351D2" w:rsidRPr="00543D60">
        <w:rPr>
          <w:spacing w:val="-2"/>
          <w:sz w:val="20"/>
          <w:szCs w:val="20"/>
        </w:rPr>
        <w:t>size:</w:t>
      </w:r>
      <w:r w:rsidR="005351D2" w:rsidRPr="00543D60">
        <w:rPr>
          <w:spacing w:val="2"/>
          <w:sz w:val="20"/>
          <w:szCs w:val="20"/>
        </w:rPr>
        <w:t xml:space="preserve"> </w:t>
      </w:r>
      <w:r w:rsidR="005351D2" w:rsidRPr="00543D60">
        <w:rPr>
          <w:sz w:val="20"/>
          <w:szCs w:val="20"/>
        </w:rPr>
        <w:t>10,</w:t>
      </w:r>
      <w:r w:rsidR="005351D2" w:rsidRPr="00543D60">
        <w:rPr>
          <w:spacing w:val="4"/>
          <w:sz w:val="20"/>
          <w:szCs w:val="20"/>
        </w:rPr>
        <w:t xml:space="preserve"> </w:t>
      </w:r>
      <w:r w:rsidR="005351D2" w:rsidRPr="00543D60">
        <w:rPr>
          <w:spacing w:val="-2"/>
          <w:sz w:val="20"/>
          <w:szCs w:val="20"/>
        </w:rPr>
        <w:t>Regular</w:t>
      </w:r>
      <w:r w:rsidR="005351D2">
        <w:rPr>
          <w:spacing w:val="-2"/>
          <w:sz w:val="20"/>
          <w:szCs w:val="20"/>
        </w:rPr>
        <w:t>, people with the same affiliation have the same superscripted number</w:t>
      </w:r>
      <w:r w:rsidR="005351D2" w:rsidRPr="00543D60">
        <w:rPr>
          <w:sz w:val="20"/>
          <w:szCs w:val="20"/>
        </w:rPr>
        <w:t>)</w:t>
      </w:r>
    </w:p>
    <w:p w14:paraId="3330DC14" w14:textId="77777777" w:rsidR="000019F5" w:rsidRDefault="002C3CD6" w:rsidP="005351D2">
      <w:pPr>
        <w:jc w:val="center"/>
      </w:pPr>
      <w:r>
        <w:rPr>
          <w:sz w:val="20"/>
        </w:rPr>
        <w:t>² [Department, Institution, City, Country]</w:t>
      </w:r>
      <w:r w:rsidR="005351D2" w:rsidRPr="005351D2">
        <w:rPr>
          <w:sz w:val="20"/>
          <w:szCs w:val="20"/>
        </w:rPr>
        <w:t xml:space="preserve"> </w:t>
      </w:r>
      <w:r w:rsidR="005351D2" w:rsidRPr="00543D60">
        <w:rPr>
          <w:sz w:val="20"/>
          <w:szCs w:val="20"/>
        </w:rPr>
        <w:t>Font</w:t>
      </w:r>
      <w:r w:rsidR="005351D2" w:rsidRPr="00543D60">
        <w:rPr>
          <w:spacing w:val="7"/>
          <w:sz w:val="20"/>
          <w:szCs w:val="20"/>
        </w:rPr>
        <w:t xml:space="preserve"> </w:t>
      </w:r>
      <w:r w:rsidR="005351D2" w:rsidRPr="00543D60">
        <w:rPr>
          <w:spacing w:val="-2"/>
          <w:sz w:val="20"/>
          <w:szCs w:val="20"/>
        </w:rPr>
        <w:t>size:</w:t>
      </w:r>
      <w:r w:rsidR="005351D2" w:rsidRPr="00543D60">
        <w:rPr>
          <w:spacing w:val="2"/>
          <w:sz w:val="20"/>
          <w:szCs w:val="20"/>
        </w:rPr>
        <w:t xml:space="preserve"> </w:t>
      </w:r>
      <w:r w:rsidR="005351D2" w:rsidRPr="00543D60">
        <w:rPr>
          <w:sz w:val="20"/>
          <w:szCs w:val="20"/>
        </w:rPr>
        <w:t>10,</w:t>
      </w:r>
      <w:r w:rsidR="005351D2" w:rsidRPr="00543D60">
        <w:rPr>
          <w:spacing w:val="4"/>
          <w:sz w:val="20"/>
          <w:szCs w:val="20"/>
        </w:rPr>
        <w:t xml:space="preserve"> </w:t>
      </w:r>
      <w:r w:rsidR="005351D2" w:rsidRPr="00543D60">
        <w:rPr>
          <w:spacing w:val="-2"/>
          <w:sz w:val="20"/>
          <w:szCs w:val="20"/>
        </w:rPr>
        <w:t>Regular</w:t>
      </w:r>
      <w:r w:rsidR="005351D2">
        <w:rPr>
          <w:spacing w:val="-2"/>
          <w:sz w:val="20"/>
          <w:szCs w:val="20"/>
        </w:rPr>
        <w:t>, people with the same affiliation have the same superscripted number</w:t>
      </w:r>
      <w:r w:rsidR="005351D2" w:rsidRPr="00543D60">
        <w:rPr>
          <w:sz w:val="20"/>
          <w:szCs w:val="20"/>
        </w:rPr>
        <w:t>)</w:t>
      </w:r>
    </w:p>
    <w:p w14:paraId="7477C301" w14:textId="77777777" w:rsidR="000019F5" w:rsidRDefault="002C3CD6">
      <w:pPr>
        <w:spacing w:after="40"/>
        <w:jc w:val="center"/>
      </w:pPr>
      <w:r>
        <w:rPr>
          <w:sz w:val="20"/>
        </w:rPr>
        <w:t>* Corresponding author: [email address]</w:t>
      </w:r>
      <w:r w:rsidR="005351D2" w:rsidRPr="005351D2">
        <w:rPr>
          <w:rFonts w:cs="Times New Roman"/>
          <w:spacing w:val="-2"/>
          <w:sz w:val="20"/>
          <w:szCs w:val="20"/>
          <w:lang w:bidi="hi-IN"/>
        </w:rPr>
        <w:t xml:space="preserve"> </w:t>
      </w:r>
      <w:r w:rsidR="005351D2" w:rsidRPr="00543D60">
        <w:rPr>
          <w:rFonts w:cs="Times New Roman"/>
          <w:spacing w:val="-2"/>
          <w:sz w:val="20"/>
          <w:szCs w:val="20"/>
          <w:lang w:bidi="hi-IN"/>
        </w:rPr>
        <w:t>(Times</w:t>
      </w:r>
      <w:r w:rsidR="005351D2" w:rsidRPr="00543D60">
        <w:rPr>
          <w:rFonts w:cs="Times New Roman"/>
          <w:sz w:val="20"/>
          <w:szCs w:val="20"/>
          <w:lang w:bidi="hi-IN"/>
        </w:rPr>
        <w:t xml:space="preserve"> </w:t>
      </w:r>
      <w:r w:rsidR="005351D2" w:rsidRPr="00543D60">
        <w:rPr>
          <w:rFonts w:cs="Times New Roman"/>
          <w:spacing w:val="-1"/>
          <w:sz w:val="20"/>
          <w:szCs w:val="20"/>
          <w:lang w:bidi="hi-IN"/>
        </w:rPr>
        <w:t>New</w:t>
      </w:r>
      <w:r w:rsidR="005351D2" w:rsidRPr="00543D60">
        <w:rPr>
          <w:rFonts w:cs="Times New Roman"/>
          <w:spacing w:val="1"/>
          <w:sz w:val="20"/>
          <w:szCs w:val="20"/>
          <w:lang w:bidi="hi-IN"/>
        </w:rPr>
        <w:t xml:space="preserve"> </w:t>
      </w:r>
      <w:r w:rsidR="005351D2" w:rsidRPr="00543D60">
        <w:rPr>
          <w:rFonts w:cs="Times New Roman"/>
          <w:spacing w:val="-1"/>
          <w:sz w:val="20"/>
          <w:szCs w:val="20"/>
          <w:lang w:bidi="hi-IN"/>
        </w:rPr>
        <w:t>Roman,</w:t>
      </w:r>
      <w:r w:rsidR="005351D2" w:rsidRPr="00543D60">
        <w:rPr>
          <w:rFonts w:cs="Times New Roman"/>
          <w:spacing w:val="4"/>
          <w:sz w:val="20"/>
          <w:szCs w:val="20"/>
          <w:lang w:bidi="hi-IN"/>
        </w:rPr>
        <w:t xml:space="preserve"> </w:t>
      </w:r>
      <w:r w:rsidR="005351D2" w:rsidRPr="00543D60">
        <w:rPr>
          <w:rFonts w:cs="Times New Roman"/>
          <w:spacing w:val="-2"/>
          <w:sz w:val="20"/>
          <w:szCs w:val="20"/>
          <w:lang w:bidi="hi-IN"/>
        </w:rPr>
        <w:t>Font</w:t>
      </w:r>
      <w:r w:rsidR="005351D2" w:rsidRPr="00543D60">
        <w:rPr>
          <w:rFonts w:cs="Times New Roman"/>
          <w:spacing w:val="7"/>
          <w:sz w:val="20"/>
          <w:szCs w:val="20"/>
          <w:lang w:bidi="hi-IN"/>
        </w:rPr>
        <w:t xml:space="preserve"> </w:t>
      </w:r>
      <w:r w:rsidR="005351D2" w:rsidRPr="00543D60">
        <w:rPr>
          <w:rFonts w:cs="Times New Roman"/>
          <w:spacing w:val="-2"/>
          <w:sz w:val="20"/>
          <w:szCs w:val="20"/>
          <w:lang w:bidi="hi-IN"/>
        </w:rPr>
        <w:t>size:</w:t>
      </w:r>
      <w:r w:rsidR="005351D2" w:rsidRPr="00543D60">
        <w:rPr>
          <w:rFonts w:cs="Times New Roman"/>
          <w:spacing w:val="2"/>
          <w:sz w:val="20"/>
          <w:szCs w:val="20"/>
          <w:lang w:bidi="hi-IN"/>
        </w:rPr>
        <w:t xml:space="preserve"> </w:t>
      </w:r>
      <w:r w:rsidR="005351D2">
        <w:rPr>
          <w:rFonts w:cs="Times New Roman"/>
          <w:spacing w:val="1"/>
          <w:sz w:val="20"/>
          <w:szCs w:val="20"/>
          <w:lang w:bidi="hi-IN"/>
        </w:rPr>
        <w:t>10</w:t>
      </w:r>
      <w:r w:rsidR="005351D2" w:rsidRPr="00543D60">
        <w:rPr>
          <w:rFonts w:cs="Times New Roman"/>
          <w:spacing w:val="1"/>
          <w:sz w:val="20"/>
          <w:szCs w:val="20"/>
          <w:lang w:bidi="hi-IN"/>
        </w:rPr>
        <w:t>,</w:t>
      </w:r>
      <w:r w:rsidR="005351D2" w:rsidRPr="00543D60">
        <w:rPr>
          <w:rFonts w:cs="Times New Roman"/>
          <w:spacing w:val="4"/>
          <w:sz w:val="20"/>
          <w:szCs w:val="20"/>
          <w:lang w:bidi="hi-IN"/>
        </w:rPr>
        <w:t xml:space="preserve"> </w:t>
      </w:r>
      <w:r w:rsidR="005351D2" w:rsidRPr="00543D60">
        <w:rPr>
          <w:rFonts w:cs="Times New Roman"/>
          <w:spacing w:val="-2"/>
          <w:sz w:val="20"/>
          <w:szCs w:val="20"/>
          <w:lang w:bidi="hi-IN"/>
        </w:rPr>
        <w:t>Regular</w:t>
      </w:r>
      <w:r w:rsidR="005351D2" w:rsidRPr="00543D60">
        <w:rPr>
          <w:rFonts w:cs="Times New Roman"/>
          <w:spacing w:val="-1"/>
          <w:sz w:val="20"/>
          <w:szCs w:val="20"/>
          <w:lang w:bidi="hi-IN"/>
        </w:rPr>
        <w:t>)</w:t>
      </w:r>
    </w:p>
    <w:p w14:paraId="3180F21A" w14:textId="77777777" w:rsidR="005351D2" w:rsidRDefault="005351D2">
      <w:pPr>
        <w:spacing w:after="40"/>
        <w:jc w:val="center"/>
      </w:pPr>
    </w:p>
    <w:p w14:paraId="3AD4A949" w14:textId="77777777" w:rsidR="000019F5" w:rsidRDefault="000019F5">
      <w:pPr>
        <w:spacing w:before="80" w:after="100"/>
      </w:pPr>
    </w:p>
    <w:p w14:paraId="0B6F2732" w14:textId="77777777" w:rsidR="000019F5" w:rsidRDefault="002C3CD6">
      <w:pPr>
        <w:spacing w:after="140"/>
        <w:jc w:val="both"/>
      </w:pPr>
      <w:r>
        <w:rPr>
          <w:b/>
          <w:color w:val="305341"/>
        </w:rPr>
        <w:t xml:space="preserve">Background and Objectives: </w:t>
      </w:r>
      <w:r>
        <w:t>[Briefly introduce the research background, the problem addressed, and the objective(s) of the study.]</w:t>
      </w:r>
    </w:p>
    <w:p w14:paraId="423F5C31" w14:textId="77777777" w:rsidR="005351D2" w:rsidRDefault="005351D2" w:rsidP="002C3CD6">
      <w:pPr>
        <w:spacing w:after="140"/>
        <w:rPr>
          <w:sz w:val="20"/>
          <w:szCs w:val="18"/>
        </w:rPr>
      </w:pPr>
      <w:r w:rsidRPr="005351D2">
        <w:rPr>
          <w:sz w:val="20"/>
          <w:szCs w:val="18"/>
        </w:rPr>
        <w:t>* Font size: 12, Regular. Paragraphs are justified (straight- edged) on both left and right.</w:t>
      </w:r>
    </w:p>
    <w:p w14:paraId="13C09207" w14:textId="77777777" w:rsidR="005351D2" w:rsidRPr="005351D2" w:rsidRDefault="005351D2" w:rsidP="002C3CD6">
      <w:pPr>
        <w:spacing w:after="140"/>
        <w:rPr>
          <w:sz w:val="20"/>
          <w:szCs w:val="18"/>
        </w:rPr>
      </w:pPr>
    </w:p>
    <w:p w14:paraId="5DAEE24B" w14:textId="77777777" w:rsidR="000019F5" w:rsidRDefault="002C3CD6">
      <w:pPr>
        <w:spacing w:after="140"/>
        <w:jc w:val="both"/>
      </w:pPr>
      <w:r>
        <w:rPr>
          <w:b/>
          <w:color w:val="305341"/>
        </w:rPr>
        <w:t xml:space="preserve">Materials and Methods: </w:t>
      </w:r>
      <w:r>
        <w:t>[Describe the study design, materials or data sources, procedures, and analytical methods.]</w:t>
      </w:r>
    </w:p>
    <w:p w14:paraId="192C4997" w14:textId="77777777" w:rsidR="005351D2" w:rsidRDefault="005351D2" w:rsidP="002C3CD6">
      <w:pPr>
        <w:spacing w:after="140"/>
        <w:rPr>
          <w:sz w:val="20"/>
          <w:szCs w:val="18"/>
        </w:rPr>
      </w:pPr>
      <w:r w:rsidRPr="005351D2">
        <w:rPr>
          <w:sz w:val="20"/>
          <w:szCs w:val="18"/>
        </w:rPr>
        <w:t>* Font size: 12, Regular. Paragraphs are justified (straight- edged) on both left and right.</w:t>
      </w:r>
    </w:p>
    <w:p w14:paraId="530FE060" w14:textId="77777777" w:rsidR="005351D2" w:rsidRDefault="005351D2" w:rsidP="005351D2">
      <w:pPr>
        <w:spacing w:after="140"/>
        <w:jc w:val="center"/>
      </w:pPr>
    </w:p>
    <w:p w14:paraId="231F9765" w14:textId="77777777" w:rsidR="000019F5" w:rsidRDefault="002C3CD6">
      <w:pPr>
        <w:spacing w:after="140"/>
        <w:jc w:val="both"/>
      </w:pPr>
      <w:r>
        <w:rPr>
          <w:b/>
          <w:color w:val="305341"/>
        </w:rPr>
        <w:t xml:space="preserve">Results: </w:t>
      </w:r>
      <w:r>
        <w:t>[Present the main findings. Include relevant numerical data or statistical results where applicable.]</w:t>
      </w:r>
    </w:p>
    <w:p w14:paraId="0DFFD356" w14:textId="77777777" w:rsidR="005351D2" w:rsidRDefault="005351D2" w:rsidP="002C3CD6">
      <w:pPr>
        <w:spacing w:after="140"/>
        <w:rPr>
          <w:sz w:val="20"/>
          <w:szCs w:val="18"/>
        </w:rPr>
      </w:pPr>
      <w:r w:rsidRPr="005351D2">
        <w:rPr>
          <w:sz w:val="20"/>
          <w:szCs w:val="18"/>
        </w:rPr>
        <w:t>* Font size: 12, Regular. Paragraphs are justified (straight- edged) on both left and right.</w:t>
      </w:r>
    </w:p>
    <w:p w14:paraId="2A5B5552" w14:textId="77777777" w:rsidR="005351D2" w:rsidRDefault="005351D2">
      <w:pPr>
        <w:spacing w:after="140"/>
        <w:jc w:val="both"/>
      </w:pPr>
    </w:p>
    <w:p w14:paraId="0CE504C8" w14:textId="77777777" w:rsidR="000019F5" w:rsidRDefault="002C3CD6">
      <w:pPr>
        <w:spacing w:after="140"/>
        <w:jc w:val="both"/>
      </w:pPr>
      <w:r>
        <w:rPr>
          <w:b/>
          <w:color w:val="305341"/>
        </w:rPr>
        <w:t xml:space="preserve">Conclusion: </w:t>
      </w:r>
      <w:r>
        <w:t>[Summarize the principal conclusion and its scientific, clinical, industrial, or practical implications.]</w:t>
      </w:r>
    </w:p>
    <w:p w14:paraId="48F525E7" w14:textId="77777777" w:rsidR="005351D2" w:rsidRDefault="005351D2" w:rsidP="002C3CD6">
      <w:pPr>
        <w:spacing w:after="140"/>
        <w:rPr>
          <w:sz w:val="20"/>
          <w:szCs w:val="18"/>
        </w:rPr>
      </w:pPr>
      <w:r w:rsidRPr="005351D2">
        <w:rPr>
          <w:sz w:val="20"/>
          <w:szCs w:val="18"/>
        </w:rPr>
        <w:t>* Font size: 12, Regular. Paragraphs are justified (straight- edged) on both left and right.</w:t>
      </w:r>
    </w:p>
    <w:p w14:paraId="7FBBE010" w14:textId="77777777" w:rsidR="005351D2" w:rsidRDefault="005351D2">
      <w:pPr>
        <w:spacing w:after="140"/>
        <w:jc w:val="both"/>
      </w:pPr>
    </w:p>
    <w:p w14:paraId="658FBB26" w14:textId="77777777" w:rsidR="000019F5" w:rsidRDefault="002C3CD6">
      <w:pPr>
        <w:spacing w:before="40" w:after="100"/>
        <w:jc w:val="both"/>
      </w:pPr>
      <w:r>
        <w:rPr>
          <w:b/>
          <w:color w:val="305341"/>
        </w:rPr>
        <w:t xml:space="preserve">Keywords: </w:t>
      </w:r>
      <w:r>
        <w:t>[Keyword 1]; [Keyword 2]; [Keyword 3]; [Keyword 4]; [Keyword 5]</w:t>
      </w:r>
    </w:p>
    <w:p w14:paraId="560B8C07" w14:textId="77777777" w:rsidR="005351D2" w:rsidRDefault="005351D2">
      <w:pPr>
        <w:spacing w:before="40" w:after="100"/>
        <w:jc w:val="both"/>
      </w:pPr>
    </w:p>
    <w:p w14:paraId="1407BF9D" w14:textId="518CD539" w:rsidR="000019F5" w:rsidRDefault="002C3CD6">
      <w:pPr>
        <w:spacing w:before="140" w:after="0"/>
        <w:jc w:val="center"/>
      </w:pPr>
      <w:r>
        <w:rPr>
          <w:color w:val="5F6963"/>
          <w:sz w:val="18"/>
        </w:rPr>
        <w:t xml:space="preserve">Maximum </w:t>
      </w:r>
      <w:r w:rsidR="00261F49">
        <w:rPr>
          <w:color w:val="5F6963"/>
          <w:sz w:val="18"/>
        </w:rPr>
        <w:t>500</w:t>
      </w:r>
      <w:r>
        <w:rPr>
          <w:color w:val="5F6963"/>
          <w:sz w:val="18"/>
        </w:rPr>
        <w:t xml:space="preserve"> words for the abstract body, excluding title, authors, affiliations, and keywords.</w:t>
      </w:r>
    </w:p>
    <w:p w14:paraId="084EA010" w14:textId="77777777" w:rsidR="000019F5" w:rsidRDefault="002C3CD6">
      <w:pPr>
        <w:spacing w:before="40" w:after="0"/>
        <w:jc w:val="center"/>
      </w:pPr>
      <w:r>
        <w:rPr>
          <w:color w:val="305341"/>
          <w:sz w:val="18"/>
        </w:rPr>
        <w:t>halalcongress.ir</w:t>
      </w:r>
    </w:p>
    <w:sectPr w:rsidR="000019F5" w:rsidSect="00034616">
      <w:pgSz w:w="11909" w:h="16834"/>
      <w:pgMar w:top="1037" w:right="1296" w:bottom="1037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665210414">
    <w:abstractNumId w:val="8"/>
  </w:num>
  <w:num w:numId="2" w16cid:durableId="1245802773">
    <w:abstractNumId w:val="6"/>
  </w:num>
  <w:num w:numId="3" w16cid:durableId="1281498007">
    <w:abstractNumId w:val="5"/>
  </w:num>
  <w:num w:numId="4" w16cid:durableId="1948852446">
    <w:abstractNumId w:val="4"/>
  </w:num>
  <w:num w:numId="5" w16cid:durableId="188834592">
    <w:abstractNumId w:val="7"/>
  </w:num>
  <w:num w:numId="6" w16cid:durableId="412438562">
    <w:abstractNumId w:val="3"/>
  </w:num>
  <w:num w:numId="7" w16cid:durableId="397438785">
    <w:abstractNumId w:val="2"/>
  </w:num>
  <w:num w:numId="8" w16cid:durableId="1876961646">
    <w:abstractNumId w:val="1"/>
  </w:num>
  <w:num w:numId="9" w16cid:durableId="8452916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019F5"/>
    <w:rsid w:val="00034616"/>
    <w:rsid w:val="0006063C"/>
    <w:rsid w:val="0015074B"/>
    <w:rsid w:val="00261F49"/>
    <w:rsid w:val="0029639D"/>
    <w:rsid w:val="002C3CD6"/>
    <w:rsid w:val="00326F90"/>
    <w:rsid w:val="005351D2"/>
    <w:rsid w:val="00AA1D8D"/>
    <w:rsid w:val="00B47730"/>
    <w:rsid w:val="00CB0664"/>
    <w:rsid w:val="00DE0B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D4B5F4A"/>
  <w14:defaultImageDpi w14:val="300"/>
  <w15:docId w15:val="{053F24D4-9996-437D-8AA0-641B5FDA07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20" w:line="240" w:lineRule="auto"/>
    </w:pPr>
    <w:rPr>
      <w:rFonts w:ascii="Times New Roman" w:eastAsia="Times New Roman" w:hAnsi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7A8F1F5-623F-46E2-9200-622BEEFFB5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236</Words>
  <Characters>1349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1582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Milad</cp:lastModifiedBy>
  <cp:revision>4</cp:revision>
  <dcterms:created xsi:type="dcterms:W3CDTF">2013-12-23T23:15:00Z</dcterms:created>
  <dcterms:modified xsi:type="dcterms:W3CDTF">2026-10-16T08:21:00Z</dcterms:modified>
  <cp:category/>
</cp:coreProperties>
</file>